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טקסט – סוגי טקסטים ומטרתם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טקסטים שונים ואת מטרת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הטקסט המידעי ואת פתיחי המשפטים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טקסט מידעי קצר לפי 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מבחן אמריקאי – סוגי טקסטים ומטרתם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למסור מידע ולהסביר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תיאורי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הם מופיעים בתבנית בפסקה 1 – עובדות.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סוג טקסט מטרה שונה – למשל לשכנע, לתאר, לספר.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הפתיח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מבנה הטקסט המידעי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כותרת מושכת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פתיחה שמסבירה על מה נלמד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סוג טקסט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(לשכנע בעמדה בעזרת נימוקים)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(לספר עלילה עם דמויות ואירועים)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(לשכנע לקנות מוצר או לפעול)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טקסט מידעי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למסור מידע ולהסביר בלי להביע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לסיכום / כפי שראינו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טיעוני משכנע בעזרת נימוקים, תיאורי מתאר בפרטי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בניית הטקסט המידעי שלב אחר שלב לפני התרגול העצמאי.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את חלק ההתאמה כדי לעודד דיון על מטרות הטקסטים.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לעודד שימוש בלפחות שני פתיחים שונים מהתבנית שנלמדה.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טקסט – סוגי טקסטים ומטרתם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הרעיון שלכל טקסט יש מטרה משלו – טקסט מידעי מוסר מידע, טקסט טיעוני משכנע, טקסט סיפורי מספר עלילה, ולכל אחד מבנה ופתיחי משפטים משלו.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נכיר  ·  מראים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מבחן אמריקאי – סוגי טקסטים ומטרתם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מטרת הטקסט המידעי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לשכנע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למסור מידע ולהסביר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לספר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טקסט מתאר רגשות ותמונות בעזרת שפה ציורית?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טקסט מידעי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פתיחים כמו 'לדוגמה' ו'כלומר' מתאימים לפסקת העובדות בטקסט מידעי.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סוגי הטקסטים יש בדיוק אותה מטרה.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הפתיח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מחקרים __________ ש...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בטקסט זה __________ את...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מבנה הטקסט המידעי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פתיחה שמסבירה על מה נלמד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סיכום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כותרת מושכת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התאימו סוג טקסט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טקסט טיעוני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לספר עלילה עם דמויות ואירועים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טקסט סיפורי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לשכנע לקנות מוצר או לפעול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מודעה/פרסומת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לשכנע בעמדה בעזרת נימוקים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טקסט מידעי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מטרת הטקסט המידעי?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לפתיח המתאים לפסקת סיכום.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טקסט – סוגי טקסטים ומטרתם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