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 ואת פתיחי המשפטים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טקסט מידעי קצר לפי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מבחן אמריקאי – סוגי טקסטים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לשכנע לקנות או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בלי להביע עמדה.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מופיעים בתבנית בפסקה 1 – עובדות.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סוג טקסט מטרה שונה – למשל לשכנע, לתאר, לספר.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מופיעים בתבנית בחלק הסיכום.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ביקורת נועדה להביע הערכה על יצירה או מוצר.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הטקסט המידעי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פתיחה שמסבירה על מה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פסקה ראשונה עם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פסקה שנייה עם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(לשכנע בעמדה בעזרת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(לספר עלילה עם דמויות ואירועים)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(להסביר כיצד לבצע פעולה שלב אחר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(לתאר מקום, אדם או חוויה בפרטי פרטים)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(לשכנע לקנות מוצר או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טקסט מידעי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תיבדק לפי: שימוש נכון בפתיחים, מסירת מידע עובדתי בלי הבעת עמדה, מבנה ברור של פתיחה ופסקת עובדות.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לסיכום / כפי שראינו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טיעוני משכנע בעזרת נימוקים, תיאורי מתאר בפרטי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בניית הטקסט המידעי שלב אחר שלב לפני התרגול העצמאי.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חלק ההתאמה כדי לעודד דיון על מטרות הטקסטים.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בלפחות שני פתיחים שונים מהתבנית שנלמדה.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הרעיון שלכל טקסט יש מטרה משלו – טקסט מידעי מוסר מידע, טקסט טיעוני משכנע, טקסט סיפורי מספר עלילה, ולכל אחד מבנה ופתיחי משפטים משלו.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מבחן אמריקאי – סוגי טקסטים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מטרת הטקסט המידעי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נועד לשכנע את הקורא בעמדה מסוימת בעזרת נימוקים?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טקסט שמסביר שלב אחר שלב איך לבצע פעולה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מתאר רגשות ותמונות בעזרת שפה ציורית?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מטרת מודעה או פרסומת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לקנות או לפעול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זיכרון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מידעי מביעים עמדה אישית וטיעונים נגד או בעד.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פתיחים כמו 'לדוגמה' ו'כלומר' מתאימים לפסקת העובדות בטקסט מידעי.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סוגי הטקסטים יש בדיוק אותה מטרה.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'לסיכום' ו'כפי שראינו' הם פתיחים מתאימים לחלק הסיכום של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היא סוג טקסט שנועד לספר סיפור בדיוני עם דמויות.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הפתיח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מחקרים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כתוצאה __________, 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שראינו, 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זה __________ את...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האם __________ ש...?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פתיחה שמסבירה על מה נלמד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שנייה עם הסבר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ראשונה עם עובדות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כותרת מושכת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לתאר מקום, אדם או חוויה בפרטי פרטים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להסביר כיצד לבצע פעולה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לספר עלילה עם דמויות ואירועים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תיאורי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לשכנע לקנות מוצר או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מודעה/פרסומת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לשכנע בעמדה בעזרת 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(למשל חיה, ספורט או תחביב) וכתבו פתיחה ופסקת עובדות קצרה, תוך שימוש בלפחות שני פתיחים מהתבנית (כמו 'לדוגמה' או 'מחקרים מראים ש').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לפתיח המתאים לפסקת 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טקסט טיעוני לטקסט תיאורי?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טקסט –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